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TrafDefence iPhone and iPad</w:t>
      </w:r>
    </w:p>
    <w:p>
      <w:pPr>
        <w:pStyle w:val="Heading1"/>
        <w:keepNext/>
      </w:pPr>
      <w:r>
        <w:t>Содержание Contents</w:t>
      </w:r>
    </w:p>
    <w:p>
      <w:hyperlink w:anchor="instruction_ru" w:history="1">
        <w:r>
          <w:rPr>
            <w:color w:val="17365D"/>
            <w:u w:val="single"/>
          </w:rPr>
          <w:t>1. Русский</w:t>
        </w:r>
      </w:hyperlink>
    </w:p>
    <w:p>
      <w:hyperlink w:anchor="instruction_en" w:history="1">
        <w:r>
          <w:rPr>
            <w:color w:val="17365D"/>
            <w:u w:val="single"/>
          </w:rPr>
          <w:t>2. English</w:t>
        </w:r>
      </w:hyperlink>
    </w:p>
    <w:p>
      <w:r>
        <w:br w:type="page"/>
      </w:r>
    </w:p>
    <w:p>
      <w:pPr>
        <w:pStyle w:val="Title"/>
      </w:pPr>
      <w:bookmarkStart w:id="1" w:name="instruction_ru"/>
      <w:r>
        <w:t>Подключение TrafDefence на iPhone и iPad</w:t>
      </w:r>
      <w:bookmarkEnd w:id="1"/>
    </w:p>
    <w:p>
      <w:r>
        <w:t>Следуйте выбранному способу подключения. Для ручного IKEv2 используйте данные одного доступного профиля из своего кабинета TrafDefence.</w:t>
      </w:r>
    </w:p>
    <w:p>
      <w:pPr>
        <w:pStyle w:val="Heading1"/>
        <w:keepNext/>
      </w:pPr>
      <w:r>
        <w:t>Перед началом</w:t>
      </w:r>
    </w:p>
    <w:p>
      <w:pPr>
        <w:pStyle w:val="ListBullet"/>
      </w:pPr>
      <w:r>
        <w:t>Откройте https://trafdefence.online, войдите в кабинет и проверьте активную подписку. Откройте Подключение и выберите свою платформу.</w:t>
      </w:r>
    </w:p>
    <w:p>
      <w:pPr>
        <w:pStyle w:val="ListBullet"/>
      </w:pPr>
      <w:r>
        <w:t>Проверьте обычный интернет и отключите другие VPN. Для IKEv2 выбирайте только доступный маршрут из окна профилей. Прямые NL и DE для ручного IKEv2 недоступны. Не смешивайте данные разных маршрутов.</w:t>
      </w:r>
    </w:p>
    <w:p>
      <w:pPr>
        <w:pStyle w:val="ListBullet"/>
      </w:pPr>
      <w:r>
        <w:t>Для ручной настройки нужны сервер, Remote ID, VPN-логин, VPN-пароль и ca-cert.crt выбранного профиля. Пароль кабинета здесь не используется. Файлы .sswan и .mobileconfig содержат персональные данные подключения: не пересылайте их, после установки удалите скачанную копию.</w:t>
      </w:r>
    </w:p>
    <w:p>
      <w:pPr>
        <w:pStyle w:val="Heading1"/>
        <w:keepNext/>
      </w:pPr>
      <w:r>
        <w:t>Установка и подключение</w:t>
      </w:r>
    </w:p>
    <w:p>
      <w:pPr>
        <w:pStyle w:val="ListNumber"/>
      </w:pPr>
      <w:r>
        <w:t>В кабинете откройте Подключение → iPhone и скачайте персональный .mobileconfig доступного IKEv2-маршрута.</w:t>
      </w:r>
    </w:p>
    <w:p>
      <w:pPr>
        <w:pStyle w:val="ListNumber"/>
      </w:pPr>
      <w:r>
        <w:t>Разрешите загрузку профиля. Откройте Настройки → Основные → VPN и управление устройством, выберите загруженный профиль и нажмите Установить. Подтвердите код устройства и предупреждения системы, включая предупреждение о неподписанном профиле.</w:t>
      </w:r>
    </w:p>
    <w:p>
      <w:pPr>
        <w:pStyle w:val="ListNumber"/>
      </w:pPr>
      <w:r>
        <w:t>В настройках VPN включите установленное подключение TrafDefence. Сервер, Remote ID, CA и VPN-данные уже включены. Дождитесь результата 30–40 секунд. Выключайте VPN тем же переключателем.</w:t>
      </w:r>
    </w:p>
    <w:p>
      <w:pPr>
        <w:pStyle w:val="Heading1"/>
        <w:keepNext/>
      </w:pPr>
      <w:r>
        <w:t>Ручная настройка</w:t>
      </w:r>
    </w:p>
    <w:p>
      <w:pPr>
        <w:pStyle w:val="ListNumber"/>
      </w:pPr>
      <w:r>
        <w:t>Скачайте ca-cert.crt, откройте и разрешите загрузку. В Настройки → Основные → VPN и управление устройством установите загруженный профиль CA и подтвердите запросы. Переключатель полного доверия в разделе Об этом устройстве относится к SSL/TLS и не является универсальным обязательным шагом IKEv2.</w:t>
      </w:r>
    </w:p>
    <w:p>
      <w:pPr>
        <w:pStyle w:val="ListNumber"/>
      </w:pPr>
      <w:r>
        <w:t>Настройки → Основные → VPN и управление устройством → VPN → Добавить конфигурацию VPN → IKEv2. Описание TrafDefence; сервер и Remote ID из профиля; Local ID оставьте пустым. Аутентификация пользователя Имя пользователя; VPN-логин и VPN-пароль выбранного профиля. Сохраните и включите VPN.</w:t>
      </w:r>
    </w:p>
    <w:p>
      <w:pPr>
        <w:pStyle w:val="Heading1"/>
        <w:keepNext/>
      </w:pPr>
      <w:r>
        <w:t>Проверка и смена маршрута</w:t>
      </w:r>
    </w:p>
    <w:p>
      <w:pPr>
        <w:pStyle w:val="ListNumber"/>
      </w:pPr>
      <w:r>
        <w:t>Подключение может занять 30–40 секунд. Нажмите подключение один раз и дождитесь результата, не меняя сеть.</w:t>
      </w:r>
    </w:p>
    <w:p>
      <w:pPr>
        <w:pStyle w:val="ListNumber"/>
      </w:pPr>
      <w:r>
        <w:t>Откройте https://2ip.ru и несколько сайтов. Внешний IP должен измениться и соответствовать выходу выбранного маршрута. Статус Подключено сам по себе не подтверждает передачу трафика.</w:t>
      </w:r>
    </w:p>
    <w:p>
      <w:pPr>
        <w:pStyle w:val="ListNumber"/>
      </w:pPr>
      <w:r>
        <w:t>Для смены маршрута отключите старый VPN, выберите новый маршрут и скачайте его профиль или обновите все ручные поля из него. В приложении выберите новый маршрут. Подключитесь снова и проверьте IP.</w:t>
      </w:r>
    </w:p>
    <w:p>
      <w:pPr>
        <w:pStyle w:val="Heading1"/>
        <w:keepNext/>
      </w:pPr>
      <w:r>
        <w:t>Устранение проблем</w:t>
      </w:r>
    </w:p>
    <w:p>
      <w:pPr>
        <w:pStyle w:val="Heading2"/>
        <w:keepNext/>
      </w:pPr>
      <w:r>
        <w:t>Подключение остановилось или появился код ошибки</w:t>
      </w:r>
    </w:p>
    <w:p>
      <w:pPr>
        <w:pStyle w:val="ListBullet"/>
      </w:pPr>
      <w:r>
        <w:t>Выключите VPN-подключение. Отключите другие VPN-профили.</w:t>
      </w:r>
    </w:p>
    <w:p>
      <w:pPr>
        <w:pStyle w:val="ListBullet"/>
      </w:pPr>
      <w:r>
        <w:t>Подождите 15–30 секунд, включите выбранный профиль один раз и дождитесь результата 30–40 секунд.</w:t>
      </w:r>
    </w:p>
    <w:p>
      <w:pPr>
        <w:pStyle w:val="ListBullet"/>
      </w:pPr>
      <w:r>
        <w:t>Если ошибка повторилась, проверьте параметры выбранного профиля по инструкции выше и отправьте точный текст ошибки в поддержку.</w:t>
      </w:r>
    </w:p>
    <w:p>
      <w:pPr>
        <w:pStyle w:val="Heading2"/>
        <w:keepNext/>
      </w:pPr>
      <w:r>
        <w:t>Неверный логин или пароль</w:t>
      </w:r>
    </w:p>
    <w:p>
      <w:pPr>
        <w:pStyle w:val="ListBullet"/>
      </w:pPr>
      <w:r>
        <w:t>В системном VPN используйте VPN-логин и VPN-пароль выбранного профиля.</w:t>
      </w:r>
    </w:p>
    <w:p>
      <w:pPr>
        <w:pStyle w:val="ListBullet"/>
      </w:pPr>
      <w:r>
        <w:t>При ручной настройке скопируйте сервер, Remote ID, VPN-логин и VPN-пароль из одного выбранного профиля. Пароль кабинета сюда не вводите.</w:t>
      </w:r>
    </w:p>
    <w:p>
      <w:pPr>
        <w:pStyle w:val="ListBullet"/>
      </w:pPr>
      <w:r>
        <w:t>Удалите пробелы в начале и конце. Проверьте регистр букв. Возьмите актуальные данные в кабинете или выбранном профиле.</w:t>
      </w:r>
    </w:p>
    <w:p>
      <w:pPr>
        <w:pStyle w:val="Heading2"/>
        <w:keepNext/>
      </w:pPr>
      <w:r>
        <w:t>Как повторить попытку с одним VPN</w:t>
      </w:r>
    </w:p>
    <w:p>
      <w:pPr>
        <w:pStyle w:val="ListBullet"/>
      </w:pPr>
      <w:r>
        <w:t>Отключите VPN другого сервиса. Полностью закройте его приложение и сетевые ускорители.</w:t>
      </w:r>
    </w:p>
    <w:p>
      <w:pPr>
        <w:pStyle w:val="ListBullet"/>
      </w:pPr>
      <w:r>
        <w:t>Проверьте, что обычный интернет работает без VPN. Не переключайте Wi-Fi, кабель или мобильную сеть во время подключения.</w:t>
      </w:r>
    </w:p>
    <w:p>
      <w:pPr>
        <w:pStyle w:val="ListBullet"/>
      </w:pPr>
      <w:r>
        <w:t>Подключите только TrafDefence и дождитесь результата 30–40 секунд.</w:t>
      </w:r>
    </w:p>
    <w:p>
      <w:pPr>
        <w:pStyle w:val="Heading2"/>
        <w:keepNext/>
      </w:pPr>
      <w:r>
        <w:t>VPN подключён, но сайты, игры или приложения не открываются</w:t>
      </w:r>
    </w:p>
    <w:p>
      <w:pPr>
        <w:pStyle w:val="ListBullet"/>
      </w:pPr>
      <w:r>
        <w:t>Проверьте открытие сайтов без VPN, затем подключите выбранный маршрут снова.</w:t>
      </w:r>
    </w:p>
    <w:p>
      <w:pPr>
        <w:pStyle w:val="ListBullet"/>
      </w:pPr>
      <w:r>
        <w:t>Отключите сторонний прокси. Для проверки верните DNS устройства к автоматическому режиму и отключите сторонний защищённый DNS.</w:t>
      </w:r>
    </w:p>
    <w:p>
      <w:pPr>
        <w:pStyle w:val="ListBullet"/>
      </w:pPr>
      <w:r>
        <w:t>Проверьте внешний IP на 2ip.ru и открытие нескольких сайтов. Если проблема осталась, отправьте в поддержку адреса сайтов и время проверки.</w:t>
      </w:r>
    </w:p>
    <w:p>
      <w:pPr>
        <w:pStyle w:val="Heading2"/>
        <w:keepNext/>
      </w:pPr>
      <w:r>
        <w:t>Не видны данные подключения или доступ закончился</w:t>
      </w:r>
    </w:p>
    <w:p>
      <w:pPr>
        <w:pStyle w:val="ListBullet"/>
      </w:pPr>
      <w:r>
        <w:t>Проверьте статус подписки и дату окончания на главной странице кабинета.</w:t>
      </w:r>
    </w:p>
    <w:p>
      <w:pPr>
        <w:pStyle w:val="ListBullet"/>
      </w:pPr>
      <w:r>
        <w:t>После оплаты обновите страницу или войдите в кабинет снова. При активной подписке выберите нужный профиль.</w:t>
      </w:r>
    </w:p>
    <w:p>
      <w:pPr>
        <w:pStyle w:val="ListBullet"/>
      </w:pPr>
      <w:r>
        <w:t>Для продления оплатите следующий срок вручную; автоматических списаний нет.</w:t>
      </w:r>
    </w:p>
    <w:p>
      <w:pPr>
        <w:pStyle w:val="Heading2"/>
        <w:keepNext/>
      </w:pPr>
      <w:r>
        <w:t>iPhone iPad профиль не устанавливается или не подключается</w:t>
      </w:r>
    </w:p>
    <w:p>
      <w:pPr>
        <w:pStyle w:val="ListBullet"/>
      </w:pPr>
      <w:r>
        <w:t>Скачайте персональный профиль выбранного маршрута кнопкой выше. Откройте системные настройки, установите профиль и подтвердите запросы.</w:t>
      </w:r>
    </w:p>
    <w:p>
      <w:pPr>
        <w:pStyle w:val="ListBullet"/>
      </w:pPr>
      <w:r>
        <w:t>Включите установленный VPN в настройках устройства. Отключите другие VPN-профили и их постоянное подключение.</w:t>
      </w:r>
    </w:p>
    <w:p>
      <w:pPr>
        <w:pStyle w:val="ListBullet"/>
      </w:pPr>
      <w:r>
        <w:t>При ручной настройке укажите Remote ID выбранного профиля, оставьте Local ID пустым и введите его VPN-логин и VPN-пароль.</w:t>
      </w:r>
    </w:p>
    <w:p>
      <w:pPr>
        <w:pStyle w:val="Heading1"/>
        <w:keepNext/>
      </w:pPr>
      <w:r>
        <w:t>Обращение в поддержку</w:t>
      </w:r>
    </w:p>
    <w:p>
      <w:r>
        <w:t>В кабинете нажмите Помощь или Поддержка. Укажите платформу и версию системы, способ подключения, выбранный маршрут, время ошибки и точный текст или код. Приложите доступную диагностику или скриншот без паролей. Не отправляйте VPN-пароль, пароль кабинета и персональный профиль. Если очистка сессии не подтверждена, дождитесь ответа поддержки перед новой попыткой.</w:t>
      </w:r>
    </w:p>
    <w:p>
      <w:r>
        <w:br w:type="page"/>
      </w:r>
    </w:p>
    <w:p>
      <w:pPr>
        <w:pStyle w:val="Title"/>
      </w:pPr>
      <w:bookmarkStart w:id="2" w:name="instruction_en"/>
      <w:r>
        <w:t>Connecting TrafDefence on iPhone and iPad</w:t>
      </w:r>
      <w:bookmarkEnd w:id="2"/>
    </w:p>
    <w:p>
      <w:r>
        <w:t>Follow your chosen connection method. For manual IKEv2, use the details from one available profile in your own TrafDefence account.</w:t>
      </w:r>
    </w:p>
    <w:p>
      <w:pPr>
        <w:pStyle w:val="Heading1"/>
        <w:keepNext/>
      </w:pPr>
      <w:r>
        <w:t>Before you begin</w:t>
      </w:r>
    </w:p>
    <w:p>
      <w:pPr>
        <w:pStyle w:val="ListBullet"/>
      </w:pPr>
      <w:r>
        <w:t>Open https://trafdefence.online, sign in and check your active subscription. Open Connection and select your platform.</w:t>
      </w:r>
    </w:p>
    <w:p>
      <w:pPr>
        <w:pStyle w:val="ListBullet"/>
      </w:pPr>
      <w:r>
        <w:t>Check normal internet access and disconnect other VPNs. For IKEv2, select only an available route from the profile window. Direct NL and DE are unavailable for manual IKEv2. Do not mix different routes’ details.</w:t>
      </w:r>
    </w:p>
    <w:p>
      <w:pPr>
        <w:pStyle w:val="ListBullet"/>
      </w:pPr>
      <w:r>
        <w:t>Manual setup needs the selected profile’s server, Remote ID, VPN username, VPN password and ca-cert.crt. Do not use the account password here. .sswan and .mobileconfig files contain personal connection details: do not share them and delete the downloaded copy after installation.</w:t>
      </w:r>
    </w:p>
    <w:p>
      <w:pPr>
        <w:pStyle w:val="Heading1"/>
        <w:keepNext/>
      </w:pPr>
      <w:r>
        <w:t>Installation and connection</w:t>
      </w:r>
    </w:p>
    <w:p>
      <w:pPr>
        <w:pStyle w:val="ListNumber"/>
      </w:pPr>
      <w:r>
        <w:t>In your account, open Connection → iPhone and download the personal .mobileconfig for an available IKEv2 route.</w:t>
      </w:r>
    </w:p>
    <w:p>
      <w:pPr>
        <w:pStyle w:val="ListNumber"/>
      </w:pPr>
      <w:r>
        <w:t>Allow the profile download. Open Settings → General → VPN and Device Management, select the downloaded profile and tap Install. Confirm your device passcode and system warnings, including the unsigned profile warning.</w:t>
      </w:r>
    </w:p>
    <w:p>
      <w:pPr>
        <w:pStyle w:val="ListNumber"/>
      </w:pPr>
      <w:r>
        <w:t>Enable the installed TrafDefence connection in VPN settings. The server, Remote ID, CA and VPN credentials are included. Wait 30–40 seconds for the result. Use the same switch to turn VPN off.</w:t>
      </w:r>
    </w:p>
    <w:p>
      <w:pPr>
        <w:pStyle w:val="Heading1"/>
        <w:keepNext/>
      </w:pPr>
      <w:r>
        <w:t>Manual setup</w:t>
      </w:r>
    </w:p>
    <w:p>
      <w:pPr>
        <w:pStyle w:val="ListNumber"/>
      </w:pPr>
      <w:r>
        <w:t>Download ca-cert.crt, open it and allow download. Under Settings → General → VPN and Device Management, install the downloaded CA profile and approve the prompts. The full trust switch under About applies to SSL/TLS and is not a universally required IKEv2 step.</w:t>
      </w:r>
    </w:p>
    <w:p>
      <w:pPr>
        <w:pStyle w:val="ListNumber"/>
      </w:pPr>
      <w:r>
        <w:t>Settings → General → VPN and Device Management → VPN → Add VPN Configuration → IKEv2. Use TrafDefence as description, the profile’s server and Remote ID, and leave Local ID empty. Set User Authentication to Username and enter the selected profile’s VPN username and VPN password. Save and enable VPN.</w:t>
      </w:r>
    </w:p>
    <w:p>
      <w:pPr>
        <w:pStyle w:val="Heading1"/>
        <w:keepNext/>
      </w:pPr>
      <w:r>
        <w:t>Checking and changing the route</w:t>
      </w:r>
    </w:p>
    <w:p>
      <w:pPr>
        <w:pStyle w:val="ListNumber"/>
      </w:pPr>
      <w:r>
        <w:t>Connecting may take 30–40 seconds. Press Connect once and wait for the result without switching networks.</w:t>
      </w:r>
    </w:p>
    <w:p>
      <w:pPr>
        <w:pStyle w:val="ListNumber"/>
      </w:pPr>
      <w:r>
        <w:t>Open https://2ip.ru and several websites. The external IP should change and match the selected route’s exit. Connected status alone does not confirm traffic flow.</w:t>
      </w:r>
    </w:p>
    <w:p>
      <w:pPr>
        <w:pStyle w:val="ListNumber"/>
      </w:pPr>
      <w:r>
        <w:t>To change routes, disconnect the old VPN, select the new route and download its profile or update all manual fields from it. In the app, select the new route. Reconnect and check the IP.</w:t>
      </w:r>
    </w:p>
    <w:p>
      <w:pPr>
        <w:pStyle w:val="Heading1"/>
        <w:keepNext/>
      </w:pPr>
      <w:r>
        <w:t>Troubleshooting</w:t>
      </w:r>
    </w:p>
    <w:p>
      <w:pPr>
        <w:pStyle w:val="Heading2"/>
        <w:keepNext/>
      </w:pPr>
      <w:r>
        <w:t>Connection stopped or an error code appeared</w:t>
      </w:r>
    </w:p>
    <w:p>
      <w:pPr>
        <w:pStyle w:val="ListBullet"/>
      </w:pPr>
      <w:r>
        <w:t>Turn off the VPN connection. Disconnect other VPN profiles.</w:t>
      </w:r>
    </w:p>
    <w:p>
      <w:pPr>
        <w:pStyle w:val="ListBullet"/>
      </w:pPr>
      <w:r>
        <w:t>Wait 15–30 seconds, enable the selected profile once and wait 30–40 seconds for the result.</w:t>
      </w:r>
    </w:p>
    <w:p>
      <w:pPr>
        <w:pStyle w:val="ListBullet"/>
      </w:pPr>
      <w:r>
        <w:t>If the error repeats, check the selected profile settings against the instructions above and send the exact error to support.</w:t>
      </w:r>
    </w:p>
    <w:p>
      <w:pPr>
        <w:pStyle w:val="Heading2"/>
        <w:keepNext/>
      </w:pPr>
      <w:r>
        <w:t>Incorrect login or password</w:t>
      </w:r>
    </w:p>
    <w:p>
      <w:pPr>
        <w:pStyle w:val="ListBullet"/>
      </w:pPr>
      <w:r>
        <w:t>In the system VPN, use the selected profile’s VPN username and VPN password.</w:t>
      </w:r>
    </w:p>
    <w:p>
      <w:pPr>
        <w:pStyle w:val="ListBullet"/>
      </w:pPr>
      <w:r>
        <w:t>For manual setup, copy the server, Remote ID, VPN username and VPN password from one selected profile. Do not enter the account password here.</w:t>
      </w:r>
    </w:p>
    <w:p>
      <w:pPr>
        <w:pStyle w:val="ListBullet"/>
      </w:pPr>
      <w:r>
        <w:t>Remove leading and trailing spaces. Check letter case. Copy current credentials from your account or selected profile.</w:t>
      </w:r>
    </w:p>
    <w:p>
      <w:pPr>
        <w:pStyle w:val="Heading2"/>
        <w:keepNext/>
      </w:pPr>
      <w:r>
        <w:t>How to retry with one VPN</w:t>
      </w:r>
    </w:p>
    <w:p>
      <w:pPr>
        <w:pStyle w:val="ListBullet"/>
      </w:pPr>
      <w:r>
        <w:t>Disconnect another service’s VPN. Fully close its app and network accelerators.</w:t>
      </w:r>
    </w:p>
    <w:p>
      <w:pPr>
        <w:pStyle w:val="ListBullet"/>
      </w:pPr>
      <w:r>
        <w:t>Check that the internet works without VPN. Keep the same Wi-Fi, wired or mobile connection while connecting.</w:t>
      </w:r>
    </w:p>
    <w:p>
      <w:pPr>
        <w:pStyle w:val="ListBullet"/>
      </w:pPr>
      <w:r>
        <w:t>Connect only TrafDefence and wait 30–40 seconds for the result.</w:t>
      </w:r>
    </w:p>
    <w:p>
      <w:pPr>
        <w:pStyle w:val="Heading2"/>
        <w:keepNext/>
      </w:pPr>
      <w:r>
        <w:t>VPN is connected, but websites, games or apps do not open</w:t>
      </w:r>
    </w:p>
    <w:p>
      <w:pPr>
        <w:pStyle w:val="ListBullet"/>
      </w:pPr>
      <w:r>
        <w:t>Check websites without VPN, then reconnect the selected route.</w:t>
      </w:r>
    </w:p>
    <w:p>
      <w:pPr>
        <w:pStyle w:val="ListBullet"/>
      </w:pPr>
      <w:r>
        <w:t>Disable a third-party proxy. For the check, restore automatic DNS and turn off third-party secure DNS.</w:t>
      </w:r>
    </w:p>
    <w:p>
      <w:pPr>
        <w:pStyle w:val="ListBullet"/>
      </w:pPr>
      <w:r>
        <w:t>Check your external IP at 2ip.ru and open several websites. If the issue remains, send the website addresses and check time to support.</w:t>
      </w:r>
    </w:p>
    <w:p>
      <w:pPr>
        <w:pStyle w:val="Heading2"/>
        <w:keepNext/>
      </w:pPr>
      <w:r>
        <w:t>Connection details are missing or access expired</w:t>
      </w:r>
    </w:p>
    <w:p>
      <w:pPr>
        <w:pStyle w:val="ListBullet"/>
      </w:pPr>
      <w:r>
        <w:t>Check the subscription status and expiry date on your account home page.</w:t>
      </w:r>
    </w:p>
    <w:p>
      <w:pPr>
        <w:pStyle w:val="ListBullet"/>
      </w:pPr>
      <w:r>
        <w:t>After payment, reload the page or sign in again. With an active subscription, select the required profile.</w:t>
      </w:r>
    </w:p>
    <w:p>
      <w:pPr>
        <w:pStyle w:val="ListBullet"/>
      </w:pPr>
      <w:r>
        <w:t>To renew, pay for the next period manually; there are no automatic charges.</w:t>
      </w:r>
    </w:p>
    <w:p>
      <w:pPr>
        <w:pStyle w:val="Heading2"/>
        <w:keepNext/>
      </w:pPr>
      <w:r>
        <w:t>iPhone iPad profile will not install or connect</w:t>
      </w:r>
    </w:p>
    <w:p>
      <w:pPr>
        <w:pStyle w:val="ListBullet"/>
      </w:pPr>
      <w:r>
        <w:t>Download the selected route’s personal profile using the button above. Open system settings, install the profile and approve the prompts.</w:t>
      </w:r>
    </w:p>
    <w:p>
      <w:pPr>
        <w:pStyle w:val="ListBullet"/>
      </w:pPr>
      <w:r>
        <w:t>Enable the installed VPN in device settings. Disable other VPN profiles and their always-on connections.</w:t>
      </w:r>
    </w:p>
    <w:p>
      <w:pPr>
        <w:pStyle w:val="ListBullet"/>
      </w:pPr>
      <w:r>
        <w:t>For manual setup, enter the selected profile’s Remote ID, leave Local ID empty and use its VPN username and VPN password.</w:t>
      </w:r>
    </w:p>
    <w:p>
      <w:pPr>
        <w:pStyle w:val="Heading1"/>
        <w:keepNext/>
      </w:pPr>
      <w:r>
        <w:t>Contacting support</w:t>
      </w:r>
    </w:p>
    <w:p>
      <w:r>
        <w:t>In your account, open Help or Support. Include the platform and system version, connection method, selected route, error time and exact message or code. Attach available diagnostics or a screenshot without passwords. Do not send the VPN password, account password or personal profile. If session cleanup is unconfirmed, wait for support before trying again.</w:t>
      </w:r>
    </w:p>
    <w:sectPr w:rsidR="00FC693F" w:rsidRPr="0006063C" w:rsidSect="00034616">
      <w:pgSz w:w="12240" w:h="15840"/>
      <w:pgMar w:top="1020" w:right="1191" w:bottom="1020" w:left="11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00" w:line="240" w:lineRule="auto"/>
      <w:contextualSpacing/>
    </w:pPr>
    <w:rPr>
      <w:rFonts w:asciiTheme="majorHAnsi" w:eastAsiaTheme="majorEastAsia" w:hAnsiTheme="majorHAnsi" w:cstheme="majorBidi"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contextualSpacing/>
    </w:pPr>
    <w:rPr>
      <w:rFonts w:ascii="Arial" w:hAnsi="Arial"/>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contextualSpacing/>
    </w:pPr>
    <w:rPr>
      <w:rFonts w:ascii="Arial" w:hAnsi="Arial"/>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TrafDefence iPhone and iPad RU EN</dc:title>
  <dc:subject>Bilingual connection instructions RU EN</dc:subject>
  <dc:creator>TrafDefence</dc:creator>
  <cp:keywords>TrafDefence, VPN, инструкция</cp:keywords>
  <dc:description>generated by python-docx</dc:description>
  <cp:lastModifiedBy/>
  <cp:revision>1</cp:revision>
  <dcterms:created xsi:type="dcterms:W3CDTF">2013-12-23T23:15:00Z</dcterms:created>
  <dcterms:modified xsi:type="dcterms:W3CDTF">2013-12-23T23:15:00Z</dcterms:modified>
  <cp:category/>
</cp:coreProperties>
</file>