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TrafDefence Android</w:t>
      </w:r>
    </w:p>
    <w:p>
      <w:pPr>
        <w:pStyle w:val="Heading1"/>
        <w:keepNext/>
      </w:pPr>
      <w:r>
        <w:t>Содержание Contents</w:t>
      </w:r>
    </w:p>
    <w:p>
      <w:hyperlink w:anchor="instruction_ru" w:history="1">
        <w:r>
          <w:rPr>
            <w:color w:val="17365D"/>
            <w:u w:val="single"/>
          </w:rPr>
          <w:t>1. Русский</w:t>
        </w:r>
      </w:hyperlink>
    </w:p>
    <w:p>
      <w:hyperlink w:anchor="instruction_en" w:history="1">
        <w:r>
          <w:rPr>
            <w:color w:val="17365D"/>
            <w:u w:val="single"/>
          </w:rPr>
          <w:t>2. English</w:t>
        </w:r>
      </w:hyperlink>
    </w:p>
    <w:p>
      <w:r>
        <w:br w:type="page"/>
      </w:r>
    </w:p>
    <w:p>
      <w:pPr>
        <w:pStyle w:val="Title"/>
      </w:pPr>
      <w:bookmarkStart w:id="1" w:name="instruction_ru"/>
      <w:r>
        <w:t>Подключение TrafDefence на Android</w:t>
      </w:r>
      <w:bookmarkEnd w:id="1"/>
    </w:p>
    <w:p>
      <w:r>
        <w:t>Следуйте выбранному способу подключения. Для ручного IKEv2 используйте данные одного доступного профиля из своего кабинета TrafDefence.</w:t>
      </w:r>
    </w:p>
    <w:p>
      <w:pPr>
        <w:pStyle w:val="Heading1"/>
        <w:keepNext/>
      </w:pPr>
      <w:r>
        <w:t>Перед началом</w:t>
      </w:r>
    </w:p>
    <w:p>
      <w:pPr>
        <w:pStyle w:val="ListBullet"/>
      </w:pPr>
      <w:r>
        <w:t>Откройте https://trafdefence.online, войдите в кабинет и проверьте активную подписку. Откройте Подключение и выберите свою платформу.</w:t>
      </w:r>
    </w:p>
    <w:p>
      <w:pPr>
        <w:pStyle w:val="ListBullet"/>
      </w:pPr>
      <w:r>
        <w:t>Проверьте обычный интернет и отключите другие VPN. Для IKEv2 выбирайте только доступный маршрут из окна профилей. Прямые NL и DE для ручного IKEv2 недоступны. Не смешивайте данные разных маршрутов.</w:t>
      </w:r>
    </w:p>
    <w:p>
      <w:pPr>
        <w:pStyle w:val="ListBullet"/>
      </w:pPr>
      <w:r>
        <w:t>Для ручной настройки нужны сервер, Remote ID, VPN-логин, VPN-пароль и ca-cert.crt выбранного профиля. Пароль кабинета здесь не используется. Файлы .sswan и .mobileconfig содержат персональные данные подключения: не пересылайте их, после установки удалите скачанную копию.</w:t>
      </w:r>
    </w:p>
    <w:p>
      <w:pPr>
        <w:pStyle w:val="Heading1"/>
        <w:keepNext/>
      </w:pPr>
      <w:r>
        <w:t>Установка и подключение</w:t>
      </w:r>
    </w:p>
    <w:p>
      <w:pPr>
        <w:pStyle w:val="ListNumber"/>
      </w:pPr>
      <w:r>
        <w:t>Для приложения TrafDefence требуется Android 11 или новее. В кабинете откройте Подключение → Android, скачайте trafdefence.apk и установите. Разрешите установку из браузера, если система запросит это.</w:t>
      </w:r>
    </w:p>
    <w:p>
      <w:pPr>
        <w:pStyle w:val="ListNumber"/>
      </w:pPr>
      <w:r>
        <w:t>Откройте приложение. Введите одну полную пару: логин или email и пароль кабинета либо VPN-логин и VPN-пароль. Выберите доступный маршрут и нажмите Подключить один раз.</w:t>
      </w:r>
    </w:p>
    <w:p>
      <w:pPr>
        <w:pStyle w:val="ListNumber"/>
      </w:pPr>
      <w:r>
        <w:t>Подтвердите системное разрешение VPN. Дождитесь результата 30–40 секунд. Для выключения нажмите Отключить.</w:t>
      </w:r>
    </w:p>
    <w:p>
      <w:pPr>
        <w:pStyle w:val="ListNumber"/>
      </w:pPr>
      <w:r>
        <w:t>Готовый профиль: установите strongSwan VPN Client из Google Play или официального источника strongSwan Project. В кабинете выберите доступный IKEv2-маршрут и скачайте его .sswan. Откройте файл через strongSwan или Import VPN profile, подтвердите импорт и подключите профиль. Сервер, CA и VPN-данные включены; подтвердите запрос Android на VPN.</w:t>
      </w:r>
    </w:p>
    <w:p>
      <w:pPr>
        <w:pStyle w:val="Heading1"/>
        <w:keepNext/>
      </w:pPr>
      <w:r>
        <w:t>Ручная настройка</w:t>
      </w:r>
    </w:p>
    <w:p>
      <w:pPr>
        <w:pStyle w:val="ListNumber"/>
      </w:pPr>
      <w:r>
        <w:t>Установите strongSwan VPN Client. Скачайте ca-cert.crt. В strongSwan: меню → CA certificates → плюс → Import certificate from file → ca-cert.crt.</w:t>
      </w:r>
    </w:p>
    <w:p>
      <w:pPr>
        <w:pStyle w:val="ListNumber"/>
      </w:pPr>
      <w:r>
        <w:t>Add VPN profile: сервер выбранного IKEv2-профиля, тип IKEv2 EAP (Username/Password), VPN-логин и VPN-пароль, импортированный CA. В дополнительных параметрах Server identity задайте Remote ID, Client identity — VPN-логин. Сохраните и подключите, подтвердив запрос VPN. Проверку сертификата оставьте включённой.</w:t>
      </w:r>
    </w:p>
    <w:p>
      <w:pPr>
        <w:pStyle w:val="Heading1"/>
        <w:keepNext/>
      </w:pPr>
      <w:r>
        <w:t>Проверка и смена маршрута</w:t>
      </w:r>
    </w:p>
    <w:p>
      <w:pPr>
        <w:pStyle w:val="ListNumber"/>
      </w:pPr>
      <w:r>
        <w:t>Подключение может занять 30–40 секунд. Нажмите подключение один раз и дождитесь результата, не меняя сеть.</w:t>
      </w:r>
    </w:p>
    <w:p>
      <w:pPr>
        <w:pStyle w:val="ListNumber"/>
      </w:pPr>
      <w:r>
        <w:t>Откройте https://2ip.ru и несколько сайтов. Внешний IP должен измениться и соответствовать выходу выбранного маршрута. Статус Подключено сам по себе не подтверждает передачу трафика.</w:t>
      </w:r>
    </w:p>
    <w:p>
      <w:pPr>
        <w:pStyle w:val="ListNumber"/>
      </w:pPr>
      <w:r>
        <w:t>Для смены маршрута отключите старый VPN, выберите новый маршрут и скачайте его профиль или обновите все ручные поля из него. В приложении выберите новый маршрут. Подключитесь снова и проверьте IP.</w:t>
      </w:r>
    </w:p>
    <w:p>
      <w:pPr>
        <w:pStyle w:val="Heading1"/>
        <w:keepNext/>
      </w:pPr>
      <w:r>
        <w:t>Устранение проблем</w:t>
      </w:r>
    </w:p>
    <w:p>
      <w:pPr>
        <w:pStyle w:val="Heading2"/>
        <w:keepNext/>
      </w:pPr>
      <w:r>
        <w:t>Подключение остановилось или появился код ошибки</w:t>
      </w:r>
    </w:p>
    <w:p>
      <w:pPr>
        <w:pStyle w:val="ListBullet"/>
      </w:pPr>
      <w:r>
        <w:t>Полностью закройте TrafDefence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Heading2"/>
        <w:keepNext/>
      </w:pPr>
      <w:r>
        <w:t>Неверный логин или пароль</w:t>
      </w:r>
    </w:p>
    <w:p>
      <w:pPr>
        <w:pStyle w:val="ListBullet"/>
      </w:pPr>
      <w:r>
        <w:t>В приложении введите email/логин и пароль кабинета либо VPN-логин и VPN-пароль. Используйте одну пару целиком.</w:t>
      </w:r>
    </w:p>
    <w:p>
      <w:pPr>
        <w:pStyle w:val="ListBullet"/>
      </w:pPr>
      <w:r>
        <w:t>При ручной настройке скопируйте сервер, Remote ID, VPN-логин и VPN-пароль из одного выбранного профиля. Пароль кабинета сюда не вводите.</w:t>
      </w:r>
    </w:p>
    <w:p>
      <w:pPr>
        <w:pStyle w:val="ListBullet"/>
      </w:pPr>
      <w:r>
        <w:t>Удалите пробелы в начале и конце. Проверьте регистр букв. Возьмите актуальные данные в кабинете или выбранном профиле.</w:t>
      </w:r>
    </w:p>
    <w:p>
      <w:pPr>
        <w:pStyle w:val="Heading2"/>
        <w:keepNext/>
      </w:pPr>
      <w:r>
        <w:t>Как повторить попытку с одним VPN</w:t>
      </w:r>
    </w:p>
    <w:p>
      <w:pPr>
        <w:pStyle w:val="ListBullet"/>
      </w:pPr>
      <w:r>
        <w:t>Отключите VPN другого сервиса. Полностью закройте его приложение и сетевые ускорители.</w:t>
      </w:r>
    </w:p>
    <w:p>
      <w:pPr>
        <w:pStyle w:val="ListBullet"/>
      </w:pPr>
      <w:r>
        <w:t>Проверьте, что обычный интернет работает без VPN. Не переключайте Wi-Fi, кабель или мобильную сеть во время подключения.</w:t>
      </w:r>
    </w:p>
    <w:p>
      <w:pPr>
        <w:pStyle w:val="ListBullet"/>
      </w:pPr>
      <w:r>
        <w:t>Подключите только TrafDefence и дождитесь результата 30–40 секунд.</w:t>
      </w:r>
    </w:p>
    <w:p>
      <w:pPr>
        <w:pStyle w:val="Heading2"/>
        <w:keepNext/>
      </w:pPr>
      <w:r>
        <w:t>VPN подключён, но сайты, игры или приложения не открываются</w:t>
      </w:r>
    </w:p>
    <w:p>
      <w:pPr>
        <w:pStyle w:val="ListBullet"/>
      </w:pPr>
      <w:r>
        <w:t>Проверьте открытие сайтов без VPN, затем подключите выбранный маршрут снова.</w:t>
      </w:r>
    </w:p>
    <w:p>
      <w:pPr>
        <w:pStyle w:val="ListBullet"/>
      </w:pPr>
      <w:r>
        <w:t>Отключите сторонний прокси. Для проверки верните DNS устройства к автоматическому режиму и отключите сторонний защищённый DNS.</w:t>
      </w:r>
    </w:p>
    <w:p>
      <w:pPr>
        <w:pStyle w:val="ListBullet"/>
      </w:pPr>
      <w:r>
        <w:t>Проверьте внешний IP на 2ip.ru и открытие нескольких сайтов. Если проблема осталась, отправьте в поддержку адреса сайтов и время проверки.</w:t>
      </w:r>
    </w:p>
    <w:p>
      <w:pPr>
        <w:pStyle w:val="Heading2"/>
        <w:keepNext/>
      </w:pPr>
      <w:r>
        <w:t>Не видны данные подключения или доступ закончился</w:t>
      </w:r>
    </w:p>
    <w:p>
      <w:pPr>
        <w:pStyle w:val="ListBullet"/>
      </w:pPr>
      <w:r>
        <w:t>Проверьте статус подписки и дату окончания на главной странице кабинета.</w:t>
      </w:r>
    </w:p>
    <w:p>
      <w:pPr>
        <w:pStyle w:val="ListBullet"/>
      </w:pPr>
      <w:r>
        <w:t>После оплаты обновите страницу или войдите в кабинет снова. При активной подписке выберите нужный профиль.</w:t>
      </w:r>
    </w:p>
    <w:p>
      <w:pPr>
        <w:pStyle w:val="ListBullet"/>
      </w:pPr>
      <w:r>
        <w:t>Для продления оплатите следующий срок вручную; автоматических списаний нет.</w:t>
      </w:r>
    </w:p>
    <w:p>
      <w:pPr>
        <w:pStyle w:val="Heading2"/>
        <w:keepNext/>
      </w:pPr>
      <w:r>
        <w:t>Android просит разрешение VPN или не подключается</w:t>
      </w:r>
    </w:p>
    <w:p>
      <w:pPr>
        <w:pStyle w:val="ListBullet"/>
      </w:pPr>
      <w:r>
        <w:t>Подтвердите системный запрос на создание VPN-подключения.</w:t>
      </w:r>
    </w:p>
    <w:p>
      <w:pPr>
        <w:pStyle w:val="ListBullet"/>
      </w:pPr>
      <w:r>
        <w:t>В настройках Android отключите «Постоянный VPN» и «Блокировать соединения без VPN» у профиля другого сервиса.</w:t>
      </w:r>
    </w:p>
    <w:p>
      <w:pPr>
        <w:pStyle w:val="ListBullet"/>
      </w:pPr>
      <w:r>
        <w:t>На Android 11 и новее используйте приложение с этой страницы; для старых версий откройте ручную инструкцию strongSwan выше.</w:t>
      </w:r>
    </w:p>
    <w:p>
      <w:pPr>
        <w:pStyle w:val="Heading2"/>
        <w:keepNext/>
      </w:pPr>
      <w:r>
        <w:t>Ручной strongSwan профиль не подключается</w:t>
      </w:r>
    </w:p>
    <w:p>
      <w:pPr>
        <w:pStyle w:val="ListBullet"/>
      </w:pPr>
      <w:r>
        <w:t>Выберите доступный IKEv2-профиль и его сервер, Remote ID и VPN-данные. Импортируйте ca-cert.crt и выберите этот CA в профиле.</w:t>
      </w:r>
    </w:p>
    <w:p>
      <w:pPr>
        <w:pStyle w:val="ListBullet"/>
      </w:pPr>
      <w:r>
        <w:t>Выберите IKEv2 EAP (Username/Password). Для Local ID используйте VPN-логин выбранного профиля. Подключите только этот профиль.</w:t>
      </w:r>
    </w:p>
    <w:p>
      <w:pPr>
        <w:pStyle w:val="Heading1"/>
        <w:keepNext/>
      </w:pPr>
      <w:r>
        <w:t>Обращение в поддержку</w:t>
      </w:r>
    </w:p>
    <w:p>
      <w:r>
        <w:t>В кабинете нажмите Помощь или Поддержка. Укажите платформу и версию системы, способ подключения, выбранный маршрут, время ошибки и точный текст или код. Приложите доступную диагностику или скриншот без паролей. Не отправляйте VPN-пароль, пароль кабинета и персональный профиль. Если очистка сессии не подтверждена, дождитесь ответа поддержки перед новой попыткой.</w:t>
      </w:r>
    </w:p>
    <w:p>
      <w:r>
        <w:br w:type="page"/>
      </w:r>
    </w:p>
    <w:p>
      <w:pPr>
        <w:pStyle w:val="Title"/>
      </w:pPr>
      <w:bookmarkStart w:id="2" w:name="instruction_en"/>
      <w:r>
        <w:t>Connecting TrafDefence on Android</w:t>
      </w:r>
      <w:bookmarkEnd w:id="2"/>
    </w:p>
    <w:p>
      <w:r>
        <w:t>Follow your chosen connection method. For manual IKEv2, use the details from one available profile in your own TrafDefence account.</w:t>
      </w:r>
    </w:p>
    <w:p>
      <w:pPr>
        <w:pStyle w:val="Heading1"/>
        <w:keepNext/>
      </w:pPr>
      <w:r>
        <w:t>Before you begin</w:t>
      </w:r>
    </w:p>
    <w:p>
      <w:pPr>
        <w:pStyle w:val="ListBullet"/>
      </w:pPr>
      <w:r>
        <w:t>Open https://trafdefence.online, sign in and check your active subscription. Open Connection and select your platform.</w:t>
      </w:r>
    </w:p>
    <w:p>
      <w:pPr>
        <w:pStyle w:val="ListBullet"/>
      </w:pPr>
      <w:r>
        <w:t>Check normal internet access and disconnect other VPNs. For IKEv2, select only an available route from the profile window. Direct NL and DE are unavailable for manual IKEv2. Do not mix different routes’ details.</w:t>
      </w:r>
    </w:p>
    <w:p>
      <w:pPr>
        <w:pStyle w:val="ListBullet"/>
      </w:pPr>
      <w:r>
        <w:t>Manual setup needs the selected profile’s server, Remote ID, VPN username, VPN password and ca-cert.crt. Do not use the account password here. .sswan and .mobileconfig files contain personal connection details: do not share them and delete the downloaded copy after installation.</w:t>
      </w:r>
    </w:p>
    <w:p>
      <w:pPr>
        <w:pStyle w:val="Heading1"/>
        <w:keepNext/>
      </w:pPr>
      <w:r>
        <w:t>Installation and connection</w:t>
      </w:r>
    </w:p>
    <w:p>
      <w:pPr>
        <w:pStyle w:val="ListNumber"/>
      </w:pPr>
      <w:r>
        <w:t>The TrafDefence app requires Android 11 or later. In your account, open Connection → Android, download trafdefence.apk and install it. Allow installation from the browser if Android requests it.</w:t>
      </w:r>
    </w:p>
    <w:p>
      <w:pPr>
        <w:pStyle w:val="ListNumber"/>
      </w:pPr>
      <w:r>
        <w:t>Open the app. Enter one complete pair: account login or email and password, or VPN username and VPN password. Select an available route and press Connect once.</w:t>
      </w:r>
    </w:p>
    <w:p>
      <w:pPr>
        <w:pStyle w:val="ListNumber"/>
      </w:pPr>
      <w:r>
        <w:t>Approve the system VPN permission. Wait 30–40 seconds for the result. Press Disconnect to stop the VPN.</w:t>
      </w:r>
    </w:p>
    <w:p>
      <w:pPr>
        <w:pStyle w:val="ListNumber"/>
      </w:pPr>
      <w:r>
        <w:t>Ready profile: install strongSwan VPN Client from Google Play or the official strongSwan Project source. In your account, select an available IKEv2 route and download its .sswan. Open it with strongSwan or Import VPN profile, approve import and connect the profile. The server, CA and VPN credentials are included; approve Android’s VPN prompt.</w:t>
      </w:r>
    </w:p>
    <w:p>
      <w:pPr>
        <w:pStyle w:val="Heading1"/>
        <w:keepNext/>
      </w:pPr>
      <w:r>
        <w:t>Manual setup</w:t>
      </w:r>
    </w:p>
    <w:p>
      <w:pPr>
        <w:pStyle w:val="ListNumber"/>
      </w:pPr>
      <w:r>
        <w:t>Install strongSwan VPN Client. Download ca-cert.crt. In strongSwan: menu → CA certificates → plus → Import certificate from file → ca-cert.crt.</w:t>
      </w:r>
    </w:p>
    <w:p>
      <w:pPr>
        <w:pStyle w:val="ListNumber"/>
      </w:pPr>
      <w:r>
        <w:t>Add VPN profile: selected IKEv2 profile’s server, IKEv2 EAP (Username/Password), VPN username and VPN password, imported CA. In advanced settings, set Server identity to Remote ID and Client identity to the VPN username. Save and connect, approving the VPN prompt. Keep certificate verification enabled.</w:t>
      </w:r>
    </w:p>
    <w:p>
      <w:pPr>
        <w:pStyle w:val="Heading1"/>
        <w:keepNext/>
      </w:pPr>
      <w:r>
        <w:t>Checking and changing the route</w:t>
      </w:r>
    </w:p>
    <w:p>
      <w:pPr>
        <w:pStyle w:val="ListNumber"/>
      </w:pPr>
      <w:r>
        <w:t>Connecting may take 30–40 seconds. Press Connect once and wait for the result without switching networks.</w:t>
      </w:r>
    </w:p>
    <w:p>
      <w:pPr>
        <w:pStyle w:val="ListNumber"/>
      </w:pPr>
      <w:r>
        <w:t>Open https://2ip.ru and several websites. The external IP should change and match the selected route’s exit. Connected status alone does not confirm traffic flow.</w:t>
      </w:r>
    </w:p>
    <w:p>
      <w:pPr>
        <w:pStyle w:val="ListNumber"/>
      </w:pPr>
      <w:r>
        <w:t>To change routes, disconnect the old VPN, select the new route and download its profile or update all manual fields from it. In the app, select the new route. Reconnect and check the IP.</w:t>
      </w:r>
    </w:p>
    <w:p>
      <w:pPr>
        <w:pStyle w:val="Heading1"/>
        <w:keepNext/>
      </w:pPr>
      <w:r>
        <w:t>Troubleshooting</w:t>
      </w:r>
    </w:p>
    <w:p>
      <w:pPr>
        <w:pStyle w:val="Heading2"/>
        <w:keepNext/>
      </w:pPr>
      <w:r>
        <w:t>Connection stopped or an error code appeared</w:t>
      </w:r>
    </w:p>
    <w:p>
      <w:pPr>
        <w:pStyle w:val="ListBullet"/>
      </w:pPr>
      <w:r>
        <w:t>Fully close TrafDefence,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Heading2"/>
        <w:keepNext/>
      </w:pPr>
      <w:r>
        <w:t>Incorrect login or password</w:t>
      </w:r>
    </w:p>
    <w:p>
      <w:pPr>
        <w:pStyle w:val="ListBullet"/>
      </w:pPr>
      <w:r>
        <w:t>In the app, enter your account email/login and password, or your VPN username and VPN password. Use one complete pair.</w:t>
      </w:r>
    </w:p>
    <w:p>
      <w:pPr>
        <w:pStyle w:val="ListBullet"/>
      </w:pPr>
      <w:r>
        <w:t>For manual setup, copy the server, Remote ID, VPN username and VPN password from one selected profile. Do not enter the account password here.</w:t>
      </w:r>
    </w:p>
    <w:p>
      <w:pPr>
        <w:pStyle w:val="ListBullet"/>
      </w:pPr>
      <w:r>
        <w:t>Remove leading and trailing spaces. Check letter case. Copy current credentials from your account or selected profile.</w:t>
      </w:r>
    </w:p>
    <w:p>
      <w:pPr>
        <w:pStyle w:val="Heading2"/>
        <w:keepNext/>
      </w:pPr>
      <w:r>
        <w:t>How to retry with one VPN</w:t>
      </w:r>
    </w:p>
    <w:p>
      <w:pPr>
        <w:pStyle w:val="ListBullet"/>
      </w:pPr>
      <w:r>
        <w:t>Disconnect another service’s VPN. Fully close its app and network accelerators.</w:t>
      </w:r>
    </w:p>
    <w:p>
      <w:pPr>
        <w:pStyle w:val="ListBullet"/>
      </w:pPr>
      <w:r>
        <w:t>Check that the internet works without VPN. Keep the same Wi-Fi, wired or mobile connection while connecting.</w:t>
      </w:r>
    </w:p>
    <w:p>
      <w:pPr>
        <w:pStyle w:val="ListBullet"/>
      </w:pPr>
      <w:r>
        <w:t>Connect only TrafDefence and wait 30–40 seconds for the result.</w:t>
      </w:r>
    </w:p>
    <w:p>
      <w:pPr>
        <w:pStyle w:val="Heading2"/>
        <w:keepNext/>
      </w:pPr>
      <w:r>
        <w:t>VPN is connected, but websites, games or apps do not open</w:t>
      </w:r>
    </w:p>
    <w:p>
      <w:pPr>
        <w:pStyle w:val="ListBullet"/>
      </w:pPr>
      <w:r>
        <w:t>Check websites without VPN, then reconnect the selected route.</w:t>
      </w:r>
    </w:p>
    <w:p>
      <w:pPr>
        <w:pStyle w:val="ListBullet"/>
      </w:pPr>
      <w:r>
        <w:t>Disable a third-party proxy. For the check, restore automatic DNS and turn off third-party secure DNS.</w:t>
      </w:r>
    </w:p>
    <w:p>
      <w:pPr>
        <w:pStyle w:val="ListBullet"/>
      </w:pPr>
      <w:r>
        <w:t>Check your external IP at 2ip.ru and open several websites. If the issue remains, send the website addresses and check time to support.</w:t>
      </w:r>
    </w:p>
    <w:p>
      <w:pPr>
        <w:pStyle w:val="Heading2"/>
        <w:keepNext/>
      </w:pPr>
      <w:r>
        <w:t>Connection details are missing or access expired</w:t>
      </w:r>
    </w:p>
    <w:p>
      <w:pPr>
        <w:pStyle w:val="ListBullet"/>
      </w:pPr>
      <w:r>
        <w:t>Check the subscription status and expiry date on your account home page.</w:t>
      </w:r>
    </w:p>
    <w:p>
      <w:pPr>
        <w:pStyle w:val="ListBullet"/>
      </w:pPr>
      <w:r>
        <w:t>After payment, reload the page or sign in again. With an active subscription, select the required profile.</w:t>
      </w:r>
    </w:p>
    <w:p>
      <w:pPr>
        <w:pStyle w:val="ListBullet"/>
      </w:pPr>
      <w:r>
        <w:t>To renew, pay for the next period manually; there are no automatic charges.</w:t>
      </w:r>
    </w:p>
    <w:p>
      <w:pPr>
        <w:pStyle w:val="Heading2"/>
        <w:keepNext/>
      </w:pPr>
      <w:r>
        <w:t>Android requests VPN permission or does not connect</w:t>
      </w:r>
    </w:p>
    <w:p>
      <w:pPr>
        <w:pStyle w:val="ListBullet"/>
      </w:pPr>
      <w:r>
        <w:t>Approve the system request to create a VPN connection.</w:t>
      </w:r>
    </w:p>
    <w:p>
      <w:pPr>
        <w:pStyle w:val="ListBullet"/>
      </w:pPr>
      <w:r>
        <w:t>In Android settings, turn off Always-on VPN and Block connections without VPN for another service’s profile.</w:t>
      </w:r>
    </w:p>
    <w:p>
      <w:pPr>
        <w:pStyle w:val="ListBullet"/>
      </w:pPr>
      <w:r>
        <w:t>On Android 11 and later, use the app from this page; for older versions, open the manual strongSwan instructions above.</w:t>
      </w:r>
    </w:p>
    <w:p>
      <w:pPr>
        <w:pStyle w:val="Heading2"/>
        <w:keepNext/>
      </w:pPr>
      <w:r>
        <w:t>Manual strongSwan profile does not connect</w:t>
      </w:r>
    </w:p>
    <w:p>
      <w:pPr>
        <w:pStyle w:val="ListBullet"/>
      </w:pPr>
      <w:r>
        <w:t>Select an available IKEv2 profile and its server, Remote ID and VPN credentials. Import ca-cert.crt and select this CA in the profile.</w:t>
      </w:r>
    </w:p>
    <w:p>
      <w:pPr>
        <w:pStyle w:val="ListBullet"/>
      </w:pPr>
      <w:r>
        <w:t>Select IKEv2 EAP (Username/Password). Use the selected profile’s VPN username as Local ID. Connect only this profile.</w:t>
      </w:r>
    </w:p>
    <w:p>
      <w:pPr>
        <w:pStyle w:val="Heading1"/>
        <w:keepNext/>
      </w:pPr>
      <w:r>
        <w:t>Contacting support</w:t>
      </w:r>
    </w:p>
    <w:p>
      <w:r>
        <w:t>In your account, open Help or Support. Include the platform and system version, connection method, selected route, error time and exact message or code. Attach available diagnostics or a screenshot without passwords. Do not send the VPN password, account password or personal profile. If session cleanup is unconfirmed, wait for support before trying again.</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TrafDefence Android RU EN</dc:title>
  <dc:subject>Bilingual connection instructions RU EN</dc:subject>
  <dc:creator>TrafDefence</dc:creator>
  <cp:keywords>TrafDefence, VPN, инструкция</cp:keywords>
  <dc:description>generated by python-docx</dc:description>
  <cp:lastModifiedBy/>
  <cp:revision>1</cp:revision>
  <dcterms:created xsi:type="dcterms:W3CDTF">2013-12-23T23:15:00Z</dcterms:created>
  <dcterms:modified xsi:type="dcterms:W3CDTF">2013-12-23T23:15:00Z</dcterms:modified>
  <cp:category/>
</cp:coreProperties>
</file>